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</w:pPr>
      <w:r>
        <w:t>التاريخ:   /   /</w:t>
      </w:r>
    </w:p>
    <w:p>
      <w:pPr>
        <w:bidi/>
      </w:pPr>
    </w:p>
    <w:p>
      <w:pPr>
        <w:bidi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3175" w:right="907" w:bottom="2041" w:left="907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6408000" cy="88550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x-botto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8000" cy="885504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6408000" cy="169483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ocx-t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8000" cy="169483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6"/>
      <w:szCs w:val="26"/>
      <w:rtl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